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1449" w14:textId="77777777" w:rsidR="005C0279" w:rsidRPr="004A1026" w:rsidRDefault="00000000">
      <w:pPr>
        <w:jc w:val="right"/>
        <w:rPr>
          <w:rFonts w:ascii="Garamond" w:hAnsi="Garamond"/>
          <w:sz w:val="24"/>
          <w:szCs w:val="24"/>
        </w:rPr>
      </w:pPr>
      <w:r w:rsidRPr="004A1026">
        <w:rPr>
          <w:rFonts w:ascii="Garamond" w:hAnsi="Garamond"/>
          <w:b/>
          <w:sz w:val="24"/>
          <w:szCs w:val="24"/>
        </w:rPr>
        <w:t>1. sz. melléklet</w:t>
      </w:r>
    </w:p>
    <w:p w14:paraId="32EC254A" w14:textId="77777777" w:rsidR="005C0279" w:rsidRPr="004A1026" w:rsidRDefault="00000000" w:rsidP="004A1026">
      <w:pPr>
        <w:jc w:val="right"/>
        <w:rPr>
          <w:rFonts w:ascii="Garamond" w:hAnsi="Garamond"/>
          <w:sz w:val="24"/>
          <w:szCs w:val="24"/>
        </w:rPr>
      </w:pPr>
      <w:r w:rsidRPr="004A1026">
        <w:rPr>
          <w:rFonts w:ascii="Garamond" w:hAnsi="Garamond"/>
          <w:b/>
          <w:sz w:val="24"/>
          <w:szCs w:val="24"/>
        </w:rPr>
        <w:t>MAGYAR TESTNEVELÉSI ÉS SPORTTUDOMÁNYI EGYETEM</w:t>
      </w:r>
    </w:p>
    <w:p w14:paraId="285F4986" w14:textId="77777777" w:rsidR="005C0279" w:rsidRPr="004A1026" w:rsidRDefault="00000000" w:rsidP="004A1026">
      <w:pPr>
        <w:jc w:val="right"/>
        <w:rPr>
          <w:rFonts w:ascii="Garamond" w:hAnsi="Garamond"/>
          <w:sz w:val="24"/>
          <w:szCs w:val="24"/>
          <w:lang w:val="sv-SE"/>
        </w:rPr>
      </w:pPr>
      <w:r w:rsidRPr="004A1026">
        <w:rPr>
          <w:rFonts w:ascii="Garamond" w:hAnsi="Garamond"/>
          <w:b/>
          <w:sz w:val="24"/>
          <w:szCs w:val="24"/>
          <w:lang w:val="sv-SE"/>
        </w:rPr>
        <w:t>Sporttudományok Doktori Iskola</w:t>
      </w:r>
    </w:p>
    <w:p w14:paraId="3877D9F9" w14:textId="77777777" w:rsidR="004A1026" w:rsidRDefault="004A1026">
      <w:pPr>
        <w:spacing w:before="100"/>
        <w:jc w:val="center"/>
        <w:rPr>
          <w:rFonts w:ascii="Garamond" w:hAnsi="Garamond"/>
          <w:b/>
          <w:sz w:val="28"/>
          <w:szCs w:val="28"/>
          <w:lang w:val="sv-SE"/>
        </w:rPr>
      </w:pPr>
    </w:p>
    <w:p w14:paraId="6A9451A6" w14:textId="0CA8880C" w:rsidR="005C0279" w:rsidRPr="004A1026" w:rsidRDefault="00000000">
      <w:pPr>
        <w:spacing w:before="100"/>
        <w:jc w:val="center"/>
        <w:rPr>
          <w:rFonts w:ascii="Garamond" w:hAnsi="Garamond"/>
          <w:sz w:val="28"/>
          <w:szCs w:val="28"/>
          <w:lang w:val="sv-SE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>JELENTKEZÉSI LAP DOKTORI KÉPZÉSRE</w:t>
      </w:r>
    </w:p>
    <w:p w14:paraId="570D4171" w14:textId="77777777" w:rsidR="005C0279" w:rsidRPr="004A1026" w:rsidRDefault="00000000" w:rsidP="004A1026">
      <w:pPr>
        <w:shd w:val="clear" w:color="auto" w:fill="C6D9F1" w:themeFill="text2" w:themeFillTint="33"/>
        <w:jc w:val="center"/>
        <w:rPr>
          <w:rFonts w:ascii="Garamond" w:hAnsi="Garamond"/>
          <w:sz w:val="28"/>
          <w:szCs w:val="28"/>
          <w:lang w:val="sv-SE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>Kérjük, a jelentkezési lapot géppel töltse ki!</w:t>
      </w:r>
    </w:p>
    <w:p w14:paraId="32947AB9" w14:textId="77777777" w:rsidR="005C0279" w:rsidRPr="004A1026" w:rsidRDefault="00000000">
      <w:pPr>
        <w:spacing w:before="80" w:after="80"/>
        <w:rPr>
          <w:rFonts w:ascii="Garamond" w:hAnsi="Garamond"/>
          <w:sz w:val="28"/>
          <w:szCs w:val="28"/>
        </w:rPr>
      </w:pPr>
      <w:r w:rsidRPr="004A1026">
        <w:rPr>
          <w:rFonts w:ascii="Garamond" w:hAnsi="Garamond"/>
          <w:b/>
          <w:sz w:val="28"/>
          <w:szCs w:val="28"/>
        </w:rPr>
        <w:t xml:space="preserve">A </w:t>
      </w:r>
      <w:proofErr w:type="spellStart"/>
      <w:r w:rsidRPr="004A1026">
        <w:rPr>
          <w:rFonts w:ascii="Garamond" w:hAnsi="Garamond"/>
          <w:b/>
          <w:sz w:val="28"/>
          <w:szCs w:val="28"/>
        </w:rPr>
        <w:t>jelentkező</w:t>
      </w:r>
      <w:proofErr w:type="spellEnd"/>
      <w:r w:rsidRPr="004A1026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4A1026">
        <w:rPr>
          <w:rFonts w:ascii="Garamond" w:hAnsi="Garamond"/>
          <w:b/>
          <w:sz w:val="28"/>
          <w:szCs w:val="28"/>
        </w:rPr>
        <w:t>személyes</w:t>
      </w:r>
      <w:proofErr w:type="spellEnd"/>
      <w:r w:rsidRPr="004A1026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4A1026">
        <w:rPr>
          <w:rFonts w:ascii="Garamond" w:hAnsi="Garamond"/>
          <w:b/>
          <w:sz w:val="28"/>
          <w:szCs w:val="28"/>
        </w:rPr>
        <w:t>adatai</w:t>
      </w:r>
      <w:proofErr w:type="spellEnd"/>
    </w:p>
    <w:tbl>
      <w:tblPr>
        <w:tblStyle w:val="Rcsostblzat"/>
        <w:tblW w:w="5000" w:type="pct"/>
        <w:jc w:val="center"/>
        <w:tblLook w:val="04A0" w:firstRow="1" w:lastRow="0" w:firstColumn="1" w:lastColumn="0" w:noHBand="0" w:noVBand="1"/>
      </w:tblPr>
      <w:tblGrid>
        <w:gridCol w:w="3744"/>
        <w:gridCol w:w="6218"/>
      </w:tblGrid>
      <w:tr w:rsidR="005C0279" w:rsidRPr="004A1026" w14:paraId="0278716D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34C98D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Név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4DE7E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7716FD73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A41A6B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Születési név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966113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4EA36312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06262E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Születési dátum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F380DD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78D38B3F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1C79A3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Születési hely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7342B8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688621BA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91DA35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Anyja születési neve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6D19DF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7766A4FC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C8D2BB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Állampolgárság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493AEE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54847A96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D4404C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OM azonosító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B37B0C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6A1C12C6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5FB6AA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Állandó lakcím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F805B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42EA574D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092F76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Értesítési / levelezési cím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6EB389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5532C7CF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23F838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E-mail-cím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64E9E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43089BCD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2823D2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Telefonszám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F2FE0A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</w:tbl>
    <w:p w14:paraId="3C4DDCF7" w14:textId="77777777" w:rsidR="005C0279" w:rsidRPr="004A1026" w:rsidRDefault="005C0279">
      <w:pPr>
        <w:spacing w:after="20"/>
        <w:rPr>
          <w:rFonts w:ascii="Garamond" w:hAnsi="Garamond"/>
          <w:sz w:val="28"/>
          <w:szCs w:val="28"/>
        </w:rPr>
      </w:pPr>
    </w:p>
    <w:p w14:paraId="1222D33D" w14:textId="77777777" w:rsidR="005C0279" w:rsidRPr="004A1026" w:rsidRDefault="00000000">
      <w:pPr>
        <w:spacing w:before="80" w:after="80"/>
        <w:rPr>
          <w:rFonts w:ascii="Garamond" w:hAnsi="Garamond"/>
          <w:sz w:val="28"/>
          <w:szCs w:val="28"/>
        </w:rPr>
      </w:pPr>
      <w:r w:rsidRPr="004A1026">
        <w:rPr>
          <w:rFonts w:ascii="Garamond" w:hAnsi="Garamond"/>
          <w:b/>
          <w:sz w:val="28"/>
          <w:szCs w:val="28"/>
        </w:rPr>
        <w:t>Korábbi vagy jelenlegi tanulmányok és végzettség</w:t>
      </w:r>
    </w:p>
    <w:tbl>
      <w:tblPr>
        <w:tblStyle w:val="Rcsostblzat"/>
        <w:tblW w:w="5000" w:type="pct"/>
        <w:jc w:val="center"/>
        <w:tblLook w:val="04A0" w:firstRow="1" w:lastRow="0" w:firstColumn="1" w:lastColumn="0" w:noHBand="0" w:noVBand="1"/>
      </w:tblPr>
      <w:tblGrid>
        <w:gridCol w:w="3744"/>
        <w:gridCol w:w="6218"/>
      </w:tblGrid>
      <w:tr w:rsidR="005C0279" w:rsidRPr="004A1026" w14:paraId="031FA59D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0E8707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Felsőoktatási intézmény neve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5EF668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4B4E426E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1237E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Szak / szakképzettség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5B801A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0FD5A88C" w14:textId="77777777" w:rsidTr="004A1026">
        <w:trPr>
          <w:jc w:val="center"/>
        </w:trPr>
        <w:tc>
          <w:tcPr>
            <w:tcW w:w="1879" w:type="pct"/>
            <w:shd w:val="clear" w:color="auto" w:fill="C6D9F1" w:themeFill="text2" w:themeFillTint="33"/>
          </w:tcPr>
          <w:p w14:paraId="14575FC3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Tanulmányok státusza</w:t>
            </w:r>
          </w:p>
        </w:tc>
        <w:tc>
          <w:tcPr>
            <w:tcW w:w="3121" w:type="pct"/>
          </w:tcPr>
          <w:p w14:paraId="77018198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4A1026">
              <w:rPr>
                <w:rFonts w:ascii="Garamond" w:hAnsi="Garamond"/>
                <w:sz w:val="28"/>
                <w:szCs w:val="28"/>
              </w:rPr>
              <w:t xml:space="preserve"> befejezett    </w:t>
            </w:r>
            <w:r w:rsidRPr="004A1026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4A1026">
              <w:rPr>
                <w:rFonts w:ascii="Garamond" w:hAnsi="Garamond"/>
                <w:sz w:val="28"/>
                <w:szCs w:val="28"/>
              </w:rPr>
              <w:t xml:space="preserve"> folyamatban</w:t>
            </w:r>
          </w:p>
        </w:tc>
      </w:tr>
      <w:tr w:rsidR="005C0279" w:rsidRPr="004A1026" w14:paraId="34C3E0A5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AFADF2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Oklevél száma (befejezett képzés esetén)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B0E165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39EC0EFE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8DE4A5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lastRenderedPageBreak/>
              <w:t>Oklevél kelte (befejezett képzés esetén)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896B74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5E0CBA0F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07F58D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Nyelvvizsga / nyelvtudást igazoló okirat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63DC71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453C820B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4AB794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Nyelv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717259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0515BD2C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55C54D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Szint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7EE4A1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C0279" w:rsidRPr="004A1026" w14:paraId="04C424D0" w14:textId="77777777" w:rsidTr="004A1026">
        <w:trPr>
          <w:trHeight w:val="408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06FBCE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Okirat száma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F6D7DD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</w:tbl>
    <w:p w14:paraId="73C4E5C6" w14:textId="77777777" w:rsidR="005C0279" w:rsidRPr="004A1026" w:rsidRDefault="005C0279">
      <w:pPr>
        <w:spacing w:after="20"/>
        <w:rPr>
          <w:rFonts w:ascii="Garamond" w:hAnsi="Garamond"/>
          <w:sz w:val="28"/>
          <w:szCs w:val="28"/>
        </w:rPr>
      </w:pPr>
    </w:p>
    <w:p w14:paraId="63AFCF32" w14:textId="77777777" w:rsidR="005C0279" w:rsidRPr="004A1026" w:rsidRDefault="00000000">
      <w:pPr>
        <w:spacing w:before="60"/>
        <w:rPr>
          <w:rFonts w:ascii="Garamond" w:hAnsi="Garamond"/>
          <w:sz w:val="28"/>
          <w:szCs w:val="28"/>
        </w:rPr>
      </w:pPr>
      <w:r w:rsidRPr="004A1026">
        <w:rPr>
          <w:rFonts w:ascii="Garamond" w:hAnsi="Garamond"/>
          <w:b/>
          <w:sz w:val="28"/>
          <w:szCs w:val="28"/>
        </w:rPr>
        <w:t>Jelentkezés adatai</w:t>
      </w:r>
    </w:p>
    <w:tbl>
      <w:tblPr>
        <w:tblStyle w:val="Rcsostblzat"/>
        <w:tblW w:w="5000" w:type="pct"/>
        <w:jc w:val="center"/>
        <w:tblLook w:val="04A0" w:firstRow="1" w:lastRow="0" w:firstColumn="1" w:lastColumn="0" w:noHBand="0" w:noVBand="1"/>
      </w:tblPr>
      <w:tblGrid>
        <w:gridCol w:w="3744"/>
        <w:gridCol w:w="6218"/>
      </w:tblGrid>
      <w:tr w:rsidR="005C0279" w:rsidRPr="004A1026" w14:paraId="11394172" w14:textId="77777777" w:rsidTr="004A1026">
        <w:trPr>
          <w:trHeight w:val="442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AC8B27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Finanszírozási forma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6336C6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4A1026">
              <w:rPr>
                <w:rFonts w:ascii="Garamond" w:hAnsi="Garamond"/>
                <w:sz w:val="28"/>
                <w:szCs w:val="28"/>
              </w:rPr>
              <w:t xml:space="preserve"> állami ösztöndíjas    </w:t>
            </w:r>
            <w:r w:rsidRPr="004A1026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4A1026">
              <w:rPr>
                <w:rFonts w:ascii="Garamond" w:hAnsi="Garamond"/>
                <w:sz w:val="28"/>
                <w:szCs w:val="28"/>
              </w:rPr>
              <w:t xml:space="preserve"> </w:t>
            </w:r>
            <w:r w:rsidRPr="004A1026">
              <w:rPr>
                <w:rFonts w:ascii="Garamond" w:hAnsi="Garamond" w:cs="Garamond"/>
                <w:sz w:val="28"/>
                <w:szCs w:val="28"/>
              </w:rPr>
              <w:t>ö</w:t>
            </w:r>
            <w:r w:rsidRPr="004A1026">
              <w:rPr>
                <w:rFonts w:ascii="Garamond" w:hAnsi="Garamond"/>
                <w:sz w:val="28"/>
                <w:szCs w:val="28"/>
              </w:rPr>
              <w:t>nk</w:t>
            </w:r>
            <w:r w:rsidRPr="004A1026">
              <w:rPr>
                <w:rFonts w:ascii="Garamond" w:hAnsi="Garamond" w:cs="Garamond"/>
                <w:sz w:val="28"/>
                <w:szCs w:val="28"/>
              </w:rPr>
              <w:t>ö</w:t>
            </w:r>
            <w:r w:rsidRPr="004A1026">
              <w:rPr>
                <w:rFonts w:ascii="Garamond" w:hAnsi="Garamond"/>
                <w:sz w:val="28"/>
                <w:szCs w:val="28"/>
              </w:rPr>
              <w:t>lts</w:t>
            </w:r>
            <w:r w:rsidRPr="004A1026">
              <w:rPr>
                <w:rFonts w:ascii="Garamond" w:hAnsi="Garamond" w:cs="Garamond"/>
                <w:sz w:val="28"/>
                <w:szCs w:val="28"/>
              </w:rPr>
              <w:t>é</w:t>
            </w:r>
            <w:r w:rsidRPr="004A1026">
              <w:rPr>
                <w:rFonts w:ascii="Garamond" w:hAnsi="Garamond"/>
                <w:sz w:val="28"/>
                <w:szCs w:val="28"/>
              </w:rPr>
              <w:t>ges</w:t>
            </w:r>
          </w:p>
        </w:tc>
      </w:tr>
      <w:tr w:rsidR="005C0279" w:rsidRPr="004A1026" w14:paraId="0FEE50A3" w14:textId="77777777" w:rsidTr="004A1026">
        <w:trPr>
          <w:trHeight w:val="964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905B19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Doktori program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03C020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4A1026">
              <w:rPr>
                <w:rFonts w:ascii="Garamond" w:hAnsi="Garamond"/>
                <w:sz w:val="28"/>
                <w:szCs w:val="28"/>
              </w:rPr>
              <w:t xml:space="preserve"> Edzés és adaptáció</w:t>
            </w:r>
            <w:r w:rsidRPr="004A1026">
              <w:rPr>
                <w:rFonts w:ascii="Garamond" w:hAnsi="Garamond"/>
                <w:sz w:val="28"/>
                <w:szCs w:val="28"/>
              </w:rPr>
              <w:br/>
            </w:r>
            <w:r w:rsidRPr="004A1026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4A1026">
              <w:rPr>
                <w:rFonts w:ascii="Garamond" w:hAnsi="Garamond"/>
                <w:sz w:val="28"/>
                <w:szCs w:val="28"/>
              </w:rPr>
              <w:t xml:space="preserve"> Testedz</w:t>
            </w:r>
            <w:r w:rsidRPr="004A1026">
              <w:rPr>
                <w:rFonts w:ascii="Garamond" w:hAnsi="Garamond" w:cs="Garamond"/>
                <w:sz w:val="28"/>
                <w:szCs w:val="28"/>
              </w:rPr>
              <w:t>é</w:t>
            </w:r>
            <w:r w:rsidRPr="004A1026">
              <w:rPr>
                <w:rFonts w:ascii="Garamond" w:hAnsi="Garamond"/>
                <w:sz w:val="28"/>
                <w:szCs w:val="28"/>
              </w:rPr>
              <w:t>s, szab</w:t>
            </w:r>
            <w:r w:rsidRPr="004A1026">
              <w:rPr>
                <w:rFonts w:ascii="Garamond" w:hAnsi="Garamond" w:cs="Garamond"/>
                <w:sz w:val="28"/>
                <w:szCs w:val="28"/>
              </w:rPr>
              <w:t>á</w:t>
            </w:r>
            <w:r w:rsidRPr="004A1026">
              <w:rPr>
                <w:rFonts w:ascii="Garamond" w:hAnsi="Garamond"/>
                <w:sz w:val="28"/>
                <w:szCs w:val="28"/>
              </w:rPr>
              <w:t>lyoz</w:t>
            </w:r>
            <w:r w:rsidRPr="004A1026">
              <w:rPr>
                <w:rFonts w:ascii="Garamond" w:hAnsi="Garamond" w:cs="Garamond"/>
                <w:sz w:val="28"/>
                <w:szCs w:val="28"/>
              </w:rPr>
              <w:t>á</w:t>
            </w:r>
            <w:r w:rsidRPr="004A1026">
              <w:rPr>
                <w:rFonts w:ascii="Garamond" w:hAnsi="Garamond"/>
                <w:sz w:val="28"/>
                <w:szCs w:val="28"/>
              </w:rPr>
              <w:t>s, anyagcsere</w:t>
            </w:r>
            <w:r w:rsidRPr="004A1026">
              <w:rPr>
                <w:rFonts w:ascii="Garamond" w:hAnsi="Garamond"/>
                <w:sz w:val="28"/>
                <w:szCs w:val="28"/>
              </w:rPr>
              <w:br/>
            </w:r>
            <w:r w:rsidRPr="004A1026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4A1026">
              <w:rPr>
                <w:rFonts w:ascii="Garamond" w:hAnsi="Garamond"/>
                <w:sz w:val="28"/>
                <w:szCs w:val="28"/>
              </w:rPr>
              <w:t xml:space="preserve"> Sport </w:t>
            </w:r>
            <w:r w:rsidRPr="004A1026">
              <w:rPr>
                <w:rFonts w:ascii="Garamond" w:hAnsi="Garamond" w:cs="Garamond"/>
                <w:sz w:val="28"/>
                <w:szCs w:val="28"/>
              </w:rPr>
              <w:t>–</w:t>
            </w:r>
            <w:r w:rsidRPr="004A1026">
              <w:rPr>
                <w:rFonts w:ascii="Garamond" w:hAnsi="Garamond"/>
                <w:sz w:val="28"/>
                <w:szCs w:val="28"/>
              </w:rPr>
              <w:t xml:space="preserve"> Pedag</w:t>
            </w:r>
            <w:r w:rsidRPr="004A1026">
              <w:rPr>
                <w:rFonts w:ascii="Garamond" w:hAnsi="Garamond" w:cs="Garamond"/>
                <w:sz w:val="28"/>
                <w:szCs w:val="28"/>
              </w:rPr>
              <w:t>ó</w:t>
            </w:r>
            <w:r w:rsidRPr="004A1026">
              <w:rPr>
                <w:rFonts w:ascii="Garamond" w:hAnsi="Garamond"/>
                <w:sz w:val="28"/>
                <w:szCs w:val="28"/>
              </w:rPr>
              <w:t xml:space="preserve">gia </w:t>
            </w:r>
            <w:r w:rsidRPr="004A1026">
              <w:rPr>
                <w:rFonts w:ascii="Garamond" w:hAnsi="Garamond" w:cs="Garamond"/>
                <w:sz w:val="28"/>
                <w:szCs w:val="28"/>
              </w:rPr>
              <w:t>–</w:t>
            </w:r>
            <w:r w:rsidRPr="004A1026">
              <w:rPr>
                <w:rFonts w:ascii="Garamond" w:hAnsi="Garamond"/>
                <w:sz w:val="28"/>
                <w:szCs w:val="28"/>
              </w:rPr>
              <w:t xml:space="preserve"> T</w:t>
            </w:r>
            <w:r w:rsidRPr="004A1026">
              <w:rPr>
                <w:rFonts w:ascii="Garamond" w:hAnsi="Garamond" w:cs="Garamond"/>
                <w:sz w:val="28"/>
                <w:szCs w:val="28"/>
              </w:rPr>
              <w:t>á</w:t>
            </w:r>
            <w:r w:rsidRPr="004A1026">
              <w:rPr>
                <w:rFonts w:ascii="Garamond" w:hAnsi="Garamond"/>
                <w:sz w:val="28"/>
                <w:szCs w:val="28"/>
              </w:rPr>
              <w:t>rsadalomtudom</w:t>
            </w:r>
            <w:r w:rsidRPr="004A1026">
              <w:rPr>
                <w:rFonts w:ascii="Garamond" w:hAnsi="Garamond" w:cs="Garamond"/>
                <w:sz w:val="28"/>
                <w:szCs w:val="28"/>
              </w:rPr>
              <w:t>á</w:t>
            </w:r>
            <w:r w:rsidRPr="004A1026">
              <w:rPr>
                <w:rFonts w:ascii="Garamond" w:hAnsi="Garamond"/>
                <w:sz w:val="28"/>
                <w:szCs w:val="28"/>
              </w:rPr>
              <w:t>ny</w:t>
            </w:r>
          </w:p>
        </w:tc>
      </w:tr>
      <w:tr w:rsidR="005C0279" w:rsidRPr="004A1026" w14:paraId="0550168F" w14:textId="77777777" w:rsidTr="004A1026">
        <w:trPr>
          <w:trHeight w:val="442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983BDB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Kutatási téma címe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3D14B5" w14:textId="77777777" w:rsidR="005C0279" w:rsidRPr="004A1026" w:rsidRDefault="005C0279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5C0279" w:rsidRPr="004A1026" w14:paraId="4ED5F5ED" w14:textId="77777777" w:rsidTr="004A1026">
        <w:trPr>
          <w:trHeight w:val="442"/>
          <w:jc w:val="center"/>
        </w:trPr>
        <w:tc>
          <w:tcPr>
            <w:tcW w:w="1879" w:type="pct"/>
            <w:shd w:val="clear" w:color="auto" w:fill="C6D9F1" w:themeFill="text2" w:themeFillTint="3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7E2544" w14:textId="77777777" w:rsidR="005C0279" w:rsidRPr="004A1026" w:rsidRDefault="00000000">
            <w:pPr>
              <w:rPr>
                <w:rFonts w:ascii="Garamond" w:hAnsi="Garamond"/>
                <w:sz w:val="28"/>
                <w:szCs w:val="28"/>
              </w:rPr>
            </w:pPr>
            <w:r w:rsidRPr="004A1026">
              <w:rPr>
                <w:rFonts w:ascii="Garamond" w:hAnsi="Garamond"/>
                <w:b/>
                <w:sz w:val="28"/>
                <w:szCs w:val="28"/>
              </w:rPr>
              <w:t>Témavezető neve</w:t>
            </w:r>
          </w:p>
        </w:tc>
        <w:tc>
          <w:tcPr>
            <w:tcW w:w="3121" w:type="pct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68A02F" w14:textId="77777777" w:rsidR="005C0279" w:rsidRPr="004A1026" w:rsidRDefault="005C0279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0148708D" w14:textId="77777777" w:rsidR="005C0279" w:rsidRPr="004A1026" w:rsidRDefault="00000000">
      <w:pPr>
        <w:spacing w:before="160"/>
        <w:rPr>
          <w:rFonts w:ascii="Garamond" w:hAnsi="Garamond"/>
          <w:sz w:val="28"/>
          <w:szCs w:val="28"/>
        </w:rPr>
      </w:pPr>
      <w:r w:rsidRPr="004A1026">
        <w:rPr>
          <w:rFonts w:ascii="Garamond" w:hAnsi="Garamond"/>
          <w:sz w:val="28"/>
          <w:szCs w:val="28"/>
        </w:rPr>
        <w:t>Kijelentem, hogy a jelentkezési lapon megadott adatok a valóságnak megfelelnek.</w:t>
      </w:r>
    </w:p>
    <w:p w14:paraId="1416C7F3" w14:textId="77777777" w:rsidR="004A1026" w:rsidRDefault="004A1026">
      <w:pPr>
        <w:rPr>
          <w:rFonts w:ascii="Garamond" w:hAnsi="Garamond"/>
          <w:sz w:val="28"/>
          <w:szCs w:val="28"/>
        </w:rPr>
      </w:pPr>
    </w:p>
    <w:p w14:paraId="53127078" w14:textId="2C13F124" w:rsidR="005C0279" w:rsidRPr="004A1026" w:rsidRDefault="00000000">
      <w:pPr>
        <w:rPr>
          <w:rFonts w:ascii="Garamond" w:hAnsi="Garamond"/>
          <w:sz w:val="28"/>
          <w:szCs w:val="28"/>
        </w:rPr>
      </w:pPr>
      <w:r w:rsidRPr="004A1026">
        <w:rPr>
          <w:rFonts w:ascii="Garamond" w:hAnsi="Garamond"/>
          <w:sz w:val="28"/>
          <w:szCs w:val="28"/>
        </w:rPr>
        <w:t>Kelt: ....................................................................................</w:t>
      </w:r>
    </w:p>
    <w:p w14:paraId="57083B2E" w14:textId="77777777" w:rsidR="004A1026" w:rsidRDefault="004A1026">
      <w:pPr>
        <w:jc w:val="right"/>
        <w:rPr>
          <w:rFonts w:ascii="Garamond" w:hAnsi="Garamond"/>
          <w:sz w:val="28"/>
          <w:szCs w:val="28"/>
        </w:rPr>
      </w:pPr>
    </w:p>
    <w:p w14:paraId="4E8FBFFF" w14:textId="77777777" w:rsidR="004A1026" w:rsidRDefault="004A1026">
      <w:pPr>
        <w:jc w:val="right"/>
        <w:rPr>
          <w:rFonts w:ascii="Garamond" w:hAnsi="Garamond"/>
          <w:sz w:val="28"/>
          <w:szCs w:val="28"/>
        </w:rPr>
      </w:pPr>
    </w:p>
    <w:p w14:paraId="05717B9F" w14:textId="71D33471" w:rsidR="005C0279" w:rsidRPr="004A1026" w:rsidRDefault="00000000">
      <w:pPr>
        <w:jc w:val="right"/>
        <w:rPr>
          <w:rFonts w:ascii="Garamond" w:hAnsi="Garamond"/>
          <w:sz w:val="28"/>
          <w:szCs w:val="28"/>
        </w:rPr>
      </w:pPr>
      <w:r w:rsidRPr="004A1026">
        <w:rPr>
          <w:rFonts w:ascii="Garamond" w:hAnsi="Garamond"/>
          <w:sz w:val="28"/>
          <w:szCs w:val="28"/>
        </w:rPr>
        <w:t xml:space="preserve">a </w:t>
      </w:r>
      <w:proofErr w:type="spellStart"/>
      <w:r w:rsidRPr="004A1026">
        <w:rPr>
          <w:rFonts w:ascii="Garamond" w:hAnsi="Garamond"/>
          <w:sz w:val="28"/>
          <w:szCs w:val="28"/>
        </w:rPr>
        <w:t>jelentkező</w:t>
      </w:r>
      <w:proofErr w:type="spellEnd"/>
      <w:r w:rsidRPr="004A1026">
        <w:rPr>
          <w:rFonts w:ascii="Garamond" w:hAnsi="Garamond"/>
          <w:sz w:val="28"/>
          <w:szCs w:val="28"/>
        </w:rPr>
        <w:t xml:space="preserve"> </w:t>
      </w:r>
      <w:proofErr w:type="spellStart"/>
      <w:r w:rsidRPr="004A1026">
        <w:rPr>
          <w:rFonts w:ascii="Garamond" w:hAnsi="Garamond"/>
          <w:sz w:val="28"/>
          <w:szCs w:val="28"/>
        </w:rPr>
        <w:t>aláírása</w:t>
      </w:r>
      <w:proofErr w:type="spellEnd"/>
      <w:r w:rsidRPr="004A1026">
        <w:rPr>
          <w:rFonts w:ascii="Garamond" w:hAnsi="Garamond"/>
          <w:sz w:val="28"/>
          <w:szCs w:val="28"/>
        </w:rPr>
        <w:t>: ........................................................</w:t>
      </w:r>
    </w:p>
    <w:p w14:paraId="6DA04166" w14:textId="77777777" w:rsidR="005C0279" w:rsidRPr="004A1026" w:rsidRDefault="00000000">
      <w:pPr>
        <w:rPr>
          <w:rFonts w:ascii="Garamond" w:hAnsi="Garamond"/>
          <w:sz w:val="28"/>
          <w:szCs w:val="28"/>
        </w:rPr>
      </w:pPr>
      <w:r w:rsidRPr="004A1026">
        <w:rPr>
          <w:rFonts w:ascii="Garamond" w:hAnsi="Garamond"/>
          <w:sz w:val="28"/>
          <w:szCs w:val="28"/>
        </w:rPr>
        <w:br w:type="page"/>
      </w:r>
    </w:p>
    <w:p w14:paraId="37F9E090" w14:textId="77777777" w:rsidR="005C0279" w:rsidRPr="004A1026" w:rsidRDefault="00000000">
      <w:pPr>
        <w:rPr>
          <w:rFonts w:ascii="Garamond" w:hAnsi="Garamond"/>
          <w:sz w:val="28"/>
          <w:szCs w:val="28"/>
        </w:rPr>
      </w:pPr>
      <w:r w:rsidRPr="004A1026">
        <w:rPr>
          <w:rFonts w:ascii="Garamond" w:hAnsi="Garamond"/>
          <w:b/>
          <w:sz w:val="28"/>
          <w:szCs w:val="28"/>
        </w:rPr>
        <w:lastRenderedPageBreak/>
        <w:t>A doktori képzésre történő jelentkezéshez benyújtandó dokumentumok</w:t>
      </w:r>
    </w:p>
    <w:p w14:paraId="0828CD8E" w14:textId="77777777" w:rsidR="005C0279" w:rsidRPr="004A1026" w:rsidRDefault="00000000">
      <w:pPr>
        <w:spacing w:after="80"/>
        <w:ind w:left="340" w:hanging="198"/>
        <w:rPr>
          <w:rFonts w:ascii="Garamond" w:hAnsi="Garamond"/>
          <w:sz w:val="28"/>
          <w:szCs w:val="28"/>
        </w:rPr>
      </w:pPr>
      <w:r w:rsidRPr="004A1026">
        <w:rPr>
          <w:rFonts w:ascii="Garamond" w:hAnsi="Garamond"/>
          <w:b/>
          <w:sz w:val="28"/>
          <w:szCs w:val="28"/>
        </w:rPr>
        <w:t xml:space="preserve">• </w:t>
      </w:r>
      <w:r w:rsidRPr="004A1026">
        <w:rPr>
          <w:rFonts w:ascii="Garamond" w:hAnsi="Garamond"/>
          <w:sz w:val="28"/>
          <w:szCs w:val="28"/>
        </w:rPr>
        <w:t>Kitöltött és aláírt jelentkezési lap (1. sz. melléklet).</w:t>
      </w:r>
    </w:p>
    <w:p w14:paraId="206280E0" w14:textId="77777777" w:rsidR="005C0279" w:rsidRPr="004A1026" w:rsidRDefault="00000000">
      <w:pPr>
        <w:spacing w:after="80"/>
        <w:ind w:left="340" w:hanging="198"/>
        <w:rPr>
          <w:rFonts w:ascii="Garamond" w:hAnsi="Garamond"/>
          <w:sz w:val="28"/>
          <w:szCs w:val="28"/>
          <w:lang w:val="sv-SE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 xml:space="preserve">• </w:t>
      </w:r>
      <w:r w:rsidRPr="004A1026">
        <w:rPr>
          <w:rFonts w:ascii="Garamond" w:hAnsi="Garamond"/>
          <w:sz w:val="28"/>
          <w:szCs w:val="28"/>
          <w:lang w:val="sv-SE"/>
        </w:rPr>
        <w:t>Kitöltött felvételi lap (2. sz. melléklet).</w:t>
      </w:r>
    </w:p>
    <w:p w14:paraId="7DF6E55E" w14:textId="77777777" w:rsidR="005C0279" w:rsidRPr="004A1026" w:rsidRDefault="00000000">
      <w:pPr>
        <w:spacing w:after="80"/>
        <w:ind w:left="340" w:hanging="198"/>
        <w:rPr>
          <w:rFonts w:ascii="Garamond" w:hAnsi="Garamond"/>
          <w:sz w:val="28"/>
          <w:szCs w:val="28"/>
          <w:lang w:val="sv-SE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 xml:space="preserve">• </w:t>
      </w:r>
      <w:r w:rsidRPr="004A1026">
        <w:rPr>
          <w:rFonts w:ascii="Garamond" w:hAnsi="Garamond"/>
          <w:sz w:val="28"/>
          <w:szCs w:val="28"/>
          <w:lang w:val="sv-SE"/>
        </w:rPr>
        <w:t>Szakmai önéletrajz.</w:t>
      </w:r>
    </w:p>
    <w:p w14:paraId="03CA38BE" w14:textId="77777777" w:rsidR="005C0279" w:rsidRPr="004A1026" w:rsidRDefault="00000000">
      <w:pPr>
        <w:spacing w:after="80"/>
        <w:ind w:left="340" w:hanging="198"/>
        <w:rPr>
          <w:rFonts w:ascii="Garamond" w:hAnsi="Garamond"/>
          <w:sz w:val="28"/>
          <w:szCs w:val="28"/>
          <w:lang w:val="sv-SE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 xml:space="preserve">• </w:t>
      </w:r>
      <w:r w:rsidRPr="004A1026">
        <w:rPr>
          <w:rFonts w:ascii="Garamond" w:hAnsi="Garamond"/>
          <w:sz w:val="28"/>
          <w:szCs w:val="28"/>
          <w:lang w:val="sv-SE"/>
        </w:rPr>
        <w:t>Egyetemi oklevél másolata, illetve folyamatban lévő mester- vagy osztatlan képzés esetén a teljesített tanulmányokat igazoló dokumentum / kreditigazolás.</w:t>
      </w:r>
    </w:p>
    <w:p w14:paraId="7FEF9295" w14:textId="77777777" w:rsidR="005C0279" w:rsidRPr="004A1026" w:rsidRDefault="00000000">
      <w:pPr>
        <w:spacing w:after="80"/>
        <w:ind w:left="340" w:hanging="198"/>
        <w:rPr>
          <w:rFonts w:ascii="Garamond" w:hAnsi="Garamond"/>
          <w:sz w:val="28"/>
          <w:szCs w:val="28"/>
          <w:lang w:val="sv-SE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 xml:space="preserve">• </w:t>
      </w:r>
      <w:r w:rsidRPr="004A1026">
        <w:rPr>
          <w:rFonts w:ascii="Garamond" w:hAnsi="Garamond"/>
          <w:sz w:val="28"/>
          <w:szCs w:val="28"/>
          <w:lang w:val="sv-SE"/>
        </w:rPr>
        <w:t>Idegen nyelvű oklevél esetén a szükséges hiteles fordítás, valamint – amennyiben szükséges – honosítási vagy egyenértékűségi határozat.</w:t>
      </w:r>
    </w:p>
    <w:p w14:paraId="24D75BDC" w14:textId="77777777" w:rsidR="005C0279" w:rsidRPr="004A1026" w:rsidRDefault="00000000">
      <w:pPr>
        <w:spacing w:after="80"/>
        <w:ind w:left="340" w:hanging="198"/>
        <w:rPr>
          <w:rFonts w:ascii="Garamond" w:hAnsi="Garamond"/>
          <w:sz w:val="28"/>
          <w:szCs w:val="28"/>
          <w:lang w:val="sv-SE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 xml:space="preserve">• </w:t>
      </w:r>
      <w:r w:rsidRPr="004A1026">
        <w:rPr>
          <w:rFonts w:ascii="Garamond" w:hAnsi="Garamond"/>
          <w:sz w:val="28"/>
          <w:szCs w:val="28"/>
          <w:lang w:val="sv-SE"/>
        </w:rPr>
        <w:t>Legalább B2 szintű komplex nyelvtudást igazoló okirat másolata.</w:t>
      </w:r>
    </w:p>
    <w:p w14:paraId="74EBD8F7" w14:textId="77777777" w:rsidR="005C0279" w:rsidRPr="004A1026" w:rsidRDefault="00000000">
      <w:pPr>
        <w:spacing w:after="80"/>
        <w:ind w:left="340" w:hanging="198"/>
        <w:rPr>
          <w:rFonts w:ascii="Garamond" w:hAnsi="Garamond"/>
          <w:sz w:val="28"/>
          <w:szCs w:val="28"/>
          <w:lang w:val="sv-SE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 xml:space="preserve">• </w:t>
      </w:r>
      <w:r w:rsidRPr="004A1026">
        <w:rPr>
          <w:rFonts w:ascii="Garamond" w:hAnsi="Garamond"/>
          <w:sz w:val="28"/>
          <w:szCs w:val="28"/>
          <w:lang w:val="sv-SE"/>
        </w:rPr>
        <w:t>Előzetes kutatási terv.</w:t>
      </w:r>
    </w:p>
    <w:p w14:paraId="16EF77F7" w14:textId="77777777" w:rsidR="005C0279" w:rsidRPr="004A1026" w:rsidRDefault="00000000">
      <w:pPr>
        <w:spacing w:after="80"/>
        <w:ind w:left="340" w:hanging="198"/>
        <w:rPr>
          <w:rFonts w:ascii="Garamond" w:hAnsi="Garamond"/>
          <w:sz w:val="28"/>
          <w:szCs w:val="28"/>
          <w:lang w:val="sv-SE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 xml:space="preserve">• </w:t>
      </w:r>
      <w:r w:rsidRPr="004A1026">
        <w:rPr>
          <w:rFonts w:ascii="Garamond" w:hAnsi="Garamond"/>
          <w:sz w:val="28"/>
          <w:szCs w:val="28"/>
          <w:lang w:val="sv-SE"/>
        </w:rPr>
        <w:t>Publikációs jegyzék, amennyiben van.</w:t>
      </w:r>
    </w:p>
    <w:p w14:paraId="7BD9F87F" w14:textId="77777777" w:rsidR="005C0279" w:rsidRPr="004A1026" w:rsidRDefault="00000000">
      <w:pPr>
        <w:spacing w:after="80"/>
        <w:ind w:left="340" w:hanging="198"/>
        <w:rPr>
          <w:rFonts w:ascii="Garamond" w:hAnsi="Garamond"/>
          <w:sz w:val="28"/>
          <w:szCs w:val="28"/>
          <w:lang w:val="sv-SE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 xml:space="preserve">• </w:t>
      </w:r>
      <w:r w:rsidRPr="004A1026">
        <w:rPr>
          <w:rFonts w:ascii="Garamond" w:hAnsi="Garamond"/>
          <w:sz w:val="28"/>
          <w:szCs w:val="28"/>
          <w:lang w:val="sv-SE"/>
        </w:rPr>
        <w:t>Témavezetői befogadó nyilatkozat.</w:t>
      </w:r>
    </w:p>
    <w:p w14:paraId="741F220F" w14:textId="77777777" w:rsidR="005C0279" w:rsidRPr="004A1026" w:rsidRDefault="00000000">
      <w:pPr>
        <w:spacing w:after="80"/>
        <w:ind w:left="340" w:hanging="198"/>
        <w:rPr>
          <w:rFonts w:ascii="Garamond" w:hAnsi="Garamond"/>
          <w:sz w:val="28"/>
          <w:szCs w:val="28"/>
          <w:lang w:val="sv-SE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 xml:space="preserve">• </w:t>
      </w:r>
      <w:r w:rsidRPr="004A1026">
        <w:rPr>
          <w:rFonts w:ascii="Garamond" w:hAnsi="Garamond"/>
          <w:sz w:val="28"/>
          <w:szCs w:val="28"/>
          <w:lang w:val="sv-SE"/>
        </w:rPr>
        <w:t>A felvételi lapon feltüntetett, pontozás alapjául szolgáló eredményeket igazoló dokumentumok.</w:t>
      </w:r>
    </w:p>
    <w:p w14:paraId="5973A3DA" w14:textId="575D2802" w:rsidR="004A1026" w:rsidRDefault="00000000" w:rsidP="004A1026">
      <w:pPr>
        <w:spacing w:after="80"/>
        <w:ind w:left="426" w:hanging="284"/>
        <w:rPr>
          <w:rFonts w:ascii="Garamond" w:hAnsi="Garamond"/>
          <w:sz w:val="28"/>
          <w:szCs w:val="28"/>
          <w:lang w:val="hu-HU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 xml:space="preserve">• </w:t>
      </w:r>
      <w:r w:rsidRPr="004A1026">
        <w:rPr>
          <w:rFonts w:ascii="Garamond" w:hAnsi="Garamond"/>
          <w:sz w:val="28"/>
          <w:szCs w:val="28"/>
          <w:lang w:val="sv-SE"/>
        </w:rPr>
        <w:t>A jelentkezési díj befizetésének igazolása</w:t>
      </w:r>
      <w:r w:rsidR="004A1026">
        <w:rPr>
          <w:rFonts w:ascii="Garamond" w:hAnsi="Garamond"/>
          <w:sz w:val="28"/>
          <w:szCs w:val="28"/>
          <w:lang w:val="sv-SE"/>
        </w:rPr>
        <w:t xml:space="preserve"> (</w:t>
      </w:r>
      <w:r w:rsidR="004A1026" w:rsidRPr="004A1026">
        <w:rPr>
          <w:rFonts w:ascii="Garamond" w:hAnsi="Garamond"/>
          <w:sz w:val="28"/>
          <w:szCs w:val="28"/>
          <w:lang w:val="hu-HU"/>
        </w:rPr>
        <w:t>MBH Bank Nyrt.</w:t>
      </w:r>
      <w:r w:rsidR="004A1026">
        <w:rPr>
          <w:rFonts w:ascii="Garamond" w:hAnsi="Garamond"/>
          <w:sz w:val="28"/>
          <w:szCs w:val="28"/>
          <w:lang w:val="hu-HU"/>
        </w:rPr>
        <w:t>, s</w:t>
      </w:r>
      <w:r w:rsidR="004A1026" w:rsidRPr="004A1026">
        <w:rPr>
          <w:rFonts w:ascii="Garamond" w:hAnsi="Garamond"/>
          <w:sz w:val="28"/>
          <w:szCs w:val="28"/>
          <w:lang w:val="hu-HU"/>
        </w:rPr>
        <w:t>zámlaszám: 50440016-</w:t>
      </w:r>
      <w:r w:rsidR="004A1026">
        <w:rPr>
          <w:rFonts w:ascii="Garamond" w:hAnsi="Garamond"/>
          <w:sz w:val="28"/>
          <w:szCs w:val="28"/>
          <w:lang w:val="hu-HU"/>
        </w:rPr>
        <w:t xml:space="preserve">   </w:t>
      </w:r>
    </w:p>
    <w:p w14:paraId="1E13B017" w14:textId="4787FFFD" w:rsidR="004A1026" w:rsidRPr="004A1026" w:rsidRDefault="004A1026" w:rsidP="004A1026">
      <w:pPr>
        <w:spacing w:after="80"/>
        <w:ind w:left="426" w:hanging="284"/>
        <w:rPr>
          <w:rFonts w:ascii="Garamond" w:hAnsi="Garamond"/>
          <w:sz w:val="28"/>
          <w:szCs w:val="28"/>
          <w:lang w:val="hu-HU"/>
        </w:rPr>
      </w:pPr>
      <w:r>
        <w:rPr>
          <w:rFonts w:ascii="Garamond" w:hAnsi="Garamond"/>
          <w:sz w:val="28"/>
          <w:szCs w:val="28"/>
          <w:lang w:val="hu-HU"/>
        </w:rPr>
        <w:t xml:space="preserve">   </w:t>
      </w:r>
      <w:r w:rsidRPr="004A1026">
        <w:rPr>
          <w:rFonts w:ascii="Garamond" w:hAnsi="Garamond"/>
          <w:sz w:val="28"/>
          <w:szCs w:val="28"/>
          <w:lang w:val="hu-HU"/>
        </w:rPr>
        <w:t>10484256</w:t>
      </w:r>
      <w:r>
        <w:rPr>
          <w:rFonts w:ascii="Garamond" w:hAnsi="Garamond"/>
          <w:sz w:val="28"/>
          <w:szCs w:val="28"/>
          <w:lang w:val="hu-HU"/>
        </w:rPr>
        <w:t>)</w:t>
      </w:r>
    </w:p>
    <w:p w14:paraId="696A9873" w14:textId="04E16535" w:rsidR="005C0279" w:rsidRPr="004A1026" w:rsidRDefault="005C0279">
      <w:pPr>
        <w:spacing w:after="80"/>
        <w:ind w:left="340" w:hanging="198"/>
        <w:rPr>
          <w:rFonts w:ascii="Garamond" w:hAnsi="Garamond"/>
          <w:sz w:val="28"/>
          <w:szCs w:val="28"/>
          <w:lang w:val="sv-SE"/>
        </w:rPr>
      </w:pPr>
    </w:p>
    <w:p w14:paraId="39676F7C" w14:textId="77777777" w:rsidR="005C0279" w:rsidRPr="004A1026" w:rsidRDefault="00000000">
      <w:pPr>
        <w:spacing w:before="160"/>
        <w:rPr>
          <w:rFonts w:ascii="Garamond" w:hAnsi="Garamond"/>
          <w:sz w:val="28"/>
          <w:szCs w:val="28"/>
          <w:lang w:val="sv-SE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>Fontos:</w:t>
      </w:r>
      <w:r w:rsidRPr="004A1026">
        <w:rPr>
          <w:rFonts w:ascii="Garamond" w:hAnsi="Garamond"/>
          <w:sz w:val="28"/>
          <w:szCs w:val="28"/>
          <w:lang w:val="sv-SE"/>
        </w:rPr>
        <w:t xml:space="preserve"> a felvételi pontszám megállapításakor csak azok az eredmények vehetők figyelembe, amelyeket a jelentkező megfelelő igazoló dokumentummal alátámasztott.</w:t>
      </w:r>
    </w:p>
    <w:p w14:paraId="502CBD9D" w14:textId="77777777" w:rsidR="005C0279" w:rsidRPr="004A1026" w:rsidRDefault="00000000">
      <w:pPr>
        <w:spacing w:before="160"/>
        <w:rPr>
          <w:rFonts w:ascii="Garamond" w:hAnsi="Garamond"/>
          <w:sz w:val="28"/>
          <w:szCs w:val="28"/>
          <w:lang w:val="sv-SE"/>
        </w:rPr>
      </w:pPr>
      <w:r w:rsidRPr="004A1026">
        <w:rPr>
          <w:rFonts w:ascii="Garamond" w:hAnsi="Garamond"/>
          <w:b/>
          <w:sz w:val="28"/>
          <w:szCs w:val="28"/>
          <w:lang w:val="sv-SE"/>
        </w:rPr>
        <w:t>Nem kötelezően benyújtható:</w:t>
      </w:r>
      <w:r w:rsidRPr="004A1026">
        <w:rPr>
          <w:rFonts w:ascii="Garamond" w:hAnsi="Garamond"/>
          <w:sz w:val="28"/>
          <w:szCs w:val="28"/>
          <w:lang w:val="sv-SE"/>
        </w:rPr>
        <w:t xml:space="preserve"> egyéb, a jelentkezés elbírálása szempontjából fontosnak ítélt dokumentum(ok).</w:t>
      </w:r>
    </w:p>
    <w:sectPr w:rsidR="005C0279" w:rsidRPr="004A1026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F2B6370"/>
    <w:multiLevelType w:val="multilevel"/>
    <w:tmpl w:val="FC2E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468026">
    <w:abstractNumId w:val="8"/>
  </w:num>
  <w:num w:numId="2" w16cid:durableId="643973252">
    <w:abstractNumId w:val="6"/>
  </w:num>
  <w:num w:numId="3" w16cid:durableId="815414966">
    <w:abstractNumId w:val="5"/>
  </w:num>
  <w:num w:numId="4" w16cid:durableId="1450660048">
    <w:abstractNumId w:val="4"/>
  </w:num>
  <w:num w:numId="5" w16cid:durableId="50736615">
    <w:abstractNumId w:val="7"/>
  </w:num>
  <w:num w:numId="6" w16cid:durableId="391270324">
    <w:abstractNumId w:val="3"/>
  </w:num>
  <w:num w:numId="7" w16cid:durableId="1311397874">
    <w:abstractNumId w:val="2"/>
  </w:num>
  <w:num w:numId="8" w16cid:durableId="2034766935">
    <w:abstractNumId w:val="1"/>
  </w:num>
  <w:num w:numId="9" w16cid:durableId="85543506">
    <w:abstractNumId w:val="0"/>
  </w:num>
  <w:num w:numId="10" w16cid:durableId="15785955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A1026"/>
    <w:rsid w:val="005C0279"/>
    <w:rsid w:val="005C78F0"/>
    <w:rsid w:val="00AA1D8D"/>
    <w:rsid w:val="00B47730"/>
    <w:rsid w:val="00CB0664"/>
    <w:rsid w:val="00D155FD"/>
    <w:rsid w:val="00FC693F"/>
    <w:rsid w:val="00FD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0A9E9D"/>
  <w14:defaultImageDpi w14:val="300"/>
  <w15:docId w15:val="{1935DBDB-1AC7-4F85-9EDE-A7F0E03C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Arial" w:hAnsi="Arial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295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Jelentkezési lap doktori képzésre</vt:lpstr>
      <vt:lpstr/>
    </vt:vector>
  </TitlesOfParts>
  <Manager/>
  <Company/>
  <LinksUpToDate>false</LinksUpToDate>
  <CharactersWithSpaces>2333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 doktori képzésre</dc:title>
  <dc:subject>Sporttudományok Doktori Iskola – jelentkezési lap</dc:subject>
  <dc:creator>Rab Tímea</dc:creator>
  <cp:keywords/>
  <dc:description/>
  <cp:lastModifiedBy>Rab Tímea</cp:lastModifiedBy>
  <cp:revision>3</cp:revision>
  <dcterms:created xsi:type="dcterms:W3CDTF">2026-08-23T16:11:00Z</dcterms:created>
  <dcterms:modified xsi:type="dcterms:W3CDTF">2026-08-23T16:11:00Z</dcterms:modified>
  <cp:category/>
</cp:coreProperties>
</file>