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891B" w14:textId="77777777" w:rsidR="001D0E6D" w:rsidRPr="00BC527C" w:rsidRDefault="00000000">
      <w:pPr>
        <w:jc w:val="right"/>
        <w:rPr>
          <w:rFonts w:ascii="Garamond" w:hAnsi="Garamond"/>
          <w:sz w:val="24"/>
          <w:szCs w:val="24"/>
          <w:lang w:val="hu-HU"/>
        </w:rPr>
      </w:pPr>
      <w:r w:rsidRPr="00BC527C">
        <w:rPr>
          <w:rFonts w:ascii="Garamond" w:hAnsi="Garamond"/>
          <w:b/>
          <w:sz w:val="24"/>
          <w:szCs w:val="24"/>
          <w:lang w:val="hu-HU"/>
        </w:rPr>
        <w:t>29. sz. melléklet</w:t>
      </w:r>
    </w:p>
    <w:p w14:paraId="45D2B43D" w14:textId="77777777" w:rsidR="001D0E6D" w:rsidRPr="00BC527C" w:rsidRDefault="00000000" w:rsidP="00BC527C">
      <w:pPr>
        <w:jc w:val="right"/>
        <w:rPr>
          <w:rFonts w:ascii="Garamond" w:hAnsi="Garamond"/>
          <w:sz w:val="24"/>
          <w:szCs w:val="24"/>
          <w:lang w:val="hu-HU"/>
        </w:rPr>
      </w:pPr>
      <w:r w:rsidRPr="00BC527C">
        <w:rPr>
          <w:rFonts w:ascii="Garamond" w:hAnsi="Garamond"/>
          <w:b/>
          <w:sz w:val="24"/>
          <w:szCs w:val="24"/>
          <w:lang w:val="hu-HU"/>
        </w:rPr>
        <w:t>MAGYAR TESTNEVELÉSI ÉS SPORTTUDOMÁNYI EGYETEM</w:t>
      </w:r>
    </w:p>
    <w:p w14:paraId="3F59636C" w14:textId="77777777" w:rsidR="001D0E6D" w:rsidRPr="00BC527C" w:rsidRDefault="00000000" w:rsidP="00BC527C">
      <w:pPr>
        <w:jc w:val="right"/>
        <w:rPr>
          <w:rFonts w:ascii="Garamond" w:hAnsi="Garamond"/>
          <w:sz w:val="24"/>
          <w:szCs w:val="24"/>
          <w:lang w:val="hu-HU"/>
        </w:rPr>
      </w:pPr>
      <w:r w:rsidRPr="00BC527C">
        <w:rPr>
          <w:rFonts w:ascii="Garamond" w:hAnsi="Garamond"/>
          <w:b/>
          <w:sz w:val="24"/>
          <w:szCs w:val="24"/>
          <w:lang w:val="hu-HU"/>
        </w:rPr>
        <w:t>Sporttudományok Doktori Iskola</w:t>
      </w:r>
    </w:p>
    <w:p w14:paraId="63480936" w14:textId="17F8029E" w:rsidR="001D0E6D" w:rsidRPr="00BC527C" w:rsidRDefault="00000000">
      <w:pPr>
        <w:jc w:val="center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t>JELENTKEZÉSI LAP DOKTORI FOKOZAT SZERZÉSÉRE</w:t>
      </w:r>
    </w:p>
    <w:p w14:paraId="5D965ACC" w14:textId="77777777" w:rsidR="001D0E6D" w:rsidRPr="00BC527C" w:rsidRDefault="00000000">
      <w:pPr>
        <w:jc w:val="center"/>
        <w:rPr>
          <w:rFonts w:ascii="Garamond" w:hAnsi="Garamond" w:cstheme="minorHAnsi"/>
          <w:caps/>
          <w:sz w:val="28"/>
          <w:szCs w:val="28"/>
          <w:lang w:val="hu-HU"/>
        </w:rPr>
      </w:pPr>
      <w:r w:rsidRPr="00BC527C">
        <w:rPr>
          <w:rFonts w:ascii="Garamond" w:hAnsi="Garamond" w:cstheme="minorHAnsi"/>
          <w:b/>
          <w:caps/>
          <w:sz w:val="28"/>
          <w:szCs w:val="28"/>
          <w:lang w:val="hu-HU"/>
        </w:rPr>
        <w:t>Egyéni felkészülő számára</w:t>
      </w:r>
    </w:p>
    <w:p w14:paraId="6C261973" w14:textId="77777777" w:rsidR="001D0E6D" w:rsidRPr="00BC527C" w:rsidRDefault="00000000" w:rsidP="00BC527C">
      <w:pPr>
        <w:shd w:val="clear" w:color="auto" w:fill="C6D9F1" w:themeFill="text2" w:themeFillTint="33"/>
        <w:jc w:val="center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t>Kérjük, a jelentkezési lapot géppel töltse ki!</w:t>
      </w:r>
    </w:p>
    <w:p w14:paraId="0CAB4CB6" w14:textId="77777777" w:rsidR="001D0E6D" w:rsidRPr="00BC527C" w:rsidRDefault="00000000">
      <w:pPr>
        <w:spacing w:before="80" w:after="80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t>A jelentkező személyes adatai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3744"/>
        <w:gridCol w:w="6218"/>
      </w:tblGrid>
      <w:tr w:rsidR="001D0E6D" w:rsidRPr="00BC527C" w14:paraId="1039E0BB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22AAA661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Név</w:t>
            </w:r>
          </w:p>
        </w:tc>
        <w:tc>
          <w:tcPr>
            <w:tcW w:w="3121" w:type="pct"/>
            <w:vAlign w:val="center"/>
          </w:tcPr>
          <w:p w14:paraId="07BD9CED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59EE9DC4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176F14FE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Születési név</w:t>
            </w:r>
          </w:p>
        </w:tc>
        <w:tc>
          <w:tcPr>
            <w:tcW w:w="3121" w:type="pct"/>
            <w:vAlign w:val="center"/>
          </w:tcPr>
          <w:p w14:paraId="1B850A73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64AC2BBB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322746B0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Születési dátum</w:t>
            </w:r>
          </w:p>
        </w:tc>
        <w:tc>
          <w:tcPr>
            <w:tcW w:w="3121" w:type="pct"/>
            <w:vAlign w:val="center"/>
          </w:tcPr>
          <w:p w14:paraId="27CFA9A7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57726163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3C168A63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Születési hely</w:t>
            </w:r>
          </w:p>
        </w:tc>
        <w:tc>
          <w:tcPr>
            <w:tcW w:w="3121" w:type="pct"/>
            <w:vAlign w:val="center"/>
          </w:tcPr>
          <w:p w14:paraId="47C7CF8E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49C73CCF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5A0EF4E5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Anyja születési neve</w:t>
            </w:r>
          </w:p>
        </w:tc>
        <w:tc>
          <w:tcPr>
            <w:tcW w:w="3121" w:type="pct"/>
            <w:vAlign w:val="center"/>
          </w:tcPr>
          <w:p w14:paraId="0AD5DE8B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003CB1B1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7B74A185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Állampolgárság</w:t>
            </w:r>
          </w:p>
        </w:tc>
        <w:tc>
          <w:tcPr>
            <w:tcW w:w="3121" w:type="pct"/>
            <w:vAlign w:val="center"/>
          </w:tcPr>
          <w:p w14:paraId="446560BB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3956D2BC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337978EA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Állandó lakcím</w:t>
            </w:r>
          </w:p>
        </w:tc>
        <w:tc>
          <w:tcPr>
            <w:tcW w:w="3121" w:type="pct"/>
            <w:vAlign w:val="center"/>
          </w:tcPr>
          <w:p w14:paraId="562089E4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0D6FAC7A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52DF4725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Értesítési / levelezési cím</w:t>
            </w:r>
          </w:p>
        </w:tc>
        <w:tc>
          <w:tcPr>
            <w:tcW w:w="3121" w:type="pct"/>
            <w:vAlign w:val="center"/>
          </w:tcPr>
          <w:p w14:paraId="5AB92FE8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7FCD7CA1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10388BF4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E-mail-cím</w:t>
            </w:r>
          </w:p>
        </w:tc>
        <w:tc>
          <w:tcPr>
            <w:tcW w:w="3121" w:type="pct"/>
            <w:vAlign w:val="center"/>
          </w:tcPr>
          <w:p w14:paraId="645DDBFE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25BBDA92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09333922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Telefonszám</w:t>
            </w:r>
          </w:p>
        </w:tc>
        <w:tc>
          <w:tcPr>
            <w:tcW w:w="3121" w:type="pct"/>
            <w:vAlign w:val="center"/>
          </w:tcPr>
          <w:p w14:paraId="0D237E95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40CC8AB5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32BCCE9C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Munkahely megnevezése</w:t>
            </w:r>
          </w:p>
        </w:tc>
        <w:tc>
          <w:tcPr>
            <w:tcW w:w="3121" w:type="pct"/>
            <w:vAlign w:val="center"/>
          </w:tcPr>
          <w:p w14:paraId="104EF9A9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</w:tbl>
    <w:p w14:paraId="01F21215" w14:textId="77777777" w:rsidR="001D0E6D" w:rsidRPr="00BC527C" w:rsidRDefault="00000000">
      <w:pPr>
        <w:spacing w:before="80" w:after="80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t>Jelentkezés adatai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3744"/>
        <w:gridCol w:w="6218"/>
      </w:tblGrid>
      <w:tr w:rsidR="001D0E6D" w:rsidRPr="00BC527C" w14:paraId="40E2D2D2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3EAC5851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Témavezető neve</w:t>
            </w:r>
          </w:p>
        </w:tc>
        <w:tc>
          <w:tcPr>
            <w:tcW w:w="3121" w:type="pct"/>
            <w:vAlign w:val="center"/>
          </w:tcPr>
          <w:p w14:paraId="74C4E71A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6E1414B8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58BE9E3A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Doktori program</w:t>
            </w:r>
          </w:p>
        </w:tc>
        <w:tc>
          <w:tcPr>
            <w:tcW w:w="3121" w:type="pct"/>
            <w:vAlign w:val="center"/>
          </w:tcPr>
          <w:p w14:paraId="23C8EC0B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6B180CEF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136BD5ED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A doktori értekezés tervezett témája / címe</w:t>
            </w:r>
          </w:p>
        </w:tc>
        <w:tc>
          <w:tcPr>
            <w:tcW w:w="3121" w:type="pct"/>
            <w:vAlign w:val="center"/>
          </w:tcPr>
          <w:p w14:paraId="2AFA9AF9" w14:textId="77777777" w:rsidR="001D0E6D" w:rsidRPr="00BC527C" w:rsidRDefault="001D0E6D">
            <w:pPr>
              <w:rPr>
                <w:rFonts w:ascii="Garamond" w:hAnsi="Garamond"/>
                <w:sz w:val="28"/>
                <w:szCs w:val="28"/>
                <w:lang w:val="hu-HU"/>
              </w:rPr>
            </w:pPr>
          </w:p>
        </w:tc>
      </w:tr>
      <w:tr w:rsidR="001D0E6D" w:rsidRPr="00BC527C" w14:paraId="024BCF64" w14:textId="77777777" w:rsidTr="00BC527C">
        <w:trPr>
          <w:trHeight w:val="425"/>
          <w:jc w:val="center"/>
        </w:trPr>
        <w:tc>
          <w:tcPr>
            <w:tcW w:w="1879" w:type="pct"/>
            <w:shd w:val="clear" w:color="auto" w:fill="C6D9F1" w:themeFill="text2" w:themeFillTint="33"/>
            <w:vAlign w:val="center"/>
          </w:tcPr>
          <w:p w14:paraId="14B51BCC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Javasolt szakterület</w:t>
            </w:r>
          </w:p>
        </w:tc>
        <w:tc>
          <w:tcPr>
            <w:tcW w:w="3121" w:type="pct"/>
            <w:vAlign w:val="center"/>
          </w:tcPr>
          <w:p w14:paraId="02F8150A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Segoe UI Symbol" w:hAnsi="Segoe UI Symbol" w:cs="Segoe UI Symbol"/>
                <w:sz w:val="28"/>
                <w:szCs w:val="28"/>
                <w:lang w:val="hu-HU"/>
              </w:rPr>
              <w:t>☐</w:t>
            </w: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t xml:space="preserve"> természettudomány    </w:t>
            </w:r>
            <w:r w:rsidRPr="00BC527C">
              <w:rPr>
                <w:rFonts w:ascii="Segoe UI Symbol" w:hAnsi="Segoe UI Symbol" w:cs="Segoe UI Symbol"/>
                <w:sz w:val="28"/>
                <w:szCs w:val="28"/>
                <w:lang w:val="hu-HU"/>
              </w:rPr>
              <w:t>☐</w:t>
            </w: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t xml:space="preserve"> t</w:t>
            </w:r>
            <w:r w:rsidRPr="00BC527C">
              <w:rPr>
                <w:rFonts w:ascii="Garamond" w:hAnsi="Garamond" w:cs="Garamond"/>
                <w:sz w:val="28"/>
                <w:szCs w:val="28"/>
                <w:lang w:val="hu-HU"/>
              </w:rPr>
              <w:t>á</w:t>
            </w: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t>rsadalomtudom</w:t>
            </w:r>
            <w:r w:rsidRPr="00BC527C">
              <w:rPr>
                <w:rFonts w:ascii="Garamond" w:hAnsi="Garamond" w:cs="Garamond"/>
                <w:sz w:val="28"/>
                <w:szCs w:val="28"/>
                <w:lang w:val="hu-HU"/>
              </w:rPr>
              <w:t>á</w:t>
            </w: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t>ny</w:t>
            </w:r>
          </w:p>
        </w:tc>
      </w:tr>
    </w:tbl>
    <w:p w14:paraId="49CFB2E8" w14:textId="77777777" w:rsidR="00BC527C" w:rsidRPr="00BC527C" w:rsidRDefault="00BC527C">
      <w:pPr>
        <w:spacing w:before="120"/>
        <w:rPr>
          <w:rFonts w:ascii="Garamond" w:hAnsi="Garamond"/>
          <w:b/>
          <w:sz w:val="28"/>
          <w:szCs w:val="28"/>
          <w:lang w:val="hu-HU"/>
        </w:rPr>
      </w:pPr>
    </w:p>
    <w:p w14:paraId="232C7782" w14:textId="77777777" w:rsidR="00BC527C" w:rsidRPr="00BC527C" w:rsidRDefault="00BC527C">
      <w:pPr>
        <w:spacing w:before="120"/>
        <w:rPr>
          <w:rFonts w:ascii="Garamond" w:hAnsi="Garamond"/>
          <w:b/>
          <w:sz w:val="28"/>
          <w:szCs w:val="28"/>
          <w:lang w:val="hu-HU"/>
        </w:rPr>
      </w:pPr>
    </w:p>
    <w:p w14:paraId="79BB55AD" w14:textId="77777777" w:rsidR="00BC527C" w:rsidRPr="00BC527C" w:rsidRDefault="00BC527C">
      <w:pPr>
        <w:spacing w:before="120"/>
        <w:rPr>
          <w:rFonts w:ascii="Garamond" w:hAnsi="Garamond"/>
          <w:b/>
          <w:sz w:val="28"/>
          <w:szCs w:val="28"/>
          <w:lang w:val="hu-HU"/>
        </w:rPr>
      </w:pPr>
    </w:p>
    <w:p w14:paraId="0CAA954D" w14:textId="77777777" w:rsidR="00BC527C" w:rsidRPr="00BC527C" w:rsidRDefault="00BC527C">
      <w:pPr>
        <w:spacing w:before="120"/>
        <w:rPr>
          <w:rFonts w:ascii="Garamond" w:hAnsi="Garamond"/>
          <w:b/>
          <w:sz w:val="28"/>
          <w:szCs w:val="28"/>
          <w:lang w:val="hu-HU"/>
        </w:rPr>
      </w:pPr>
    </w:p>
    <w:p w14:paraId="182F5BDC" w14:textId="77777777" w:rsidR="00BC527C" w:rsidRPr="00BC527C" w:rsidRDefault="00BC527C">
      <w:pPr>
        <w:spacing w:before="120"/>
        <w:rPr>
          <w:rFonts w:ascii="Garamond" w:hAnsi="Garamond"/>
          <w:b/>
          <w:sz w:val="28"/>
          <w:szCs w:val="28"/>
          <w:lang w:val="hu-HU"/>
        </w:rPr>
      </w:pPr>
    </w:p>
    <w:p w14:paraId="315FEFFF" w14:textId="072E5995" w:rsidR="001D0E6D" w:rsidRPr="00BC527C" w:rsidRDefault="00000000">
      <w:pPr>
        <w:spacing w:before="120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lastRenderedPageBreak/>
        <w:t>A doktori értekezés témájában megjelent tudományos közlemények</w:t>
      </w:r>
    </w:p>
    <w:p w14:paraId="4886CABF" w14:textId="77777777" w:rsidR="001D0E6D" w:rsidRPr="00BC527C" w:rsidRDefault="00000000">
      <w:pPr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 xml:space="preserve">Kérjük, a közleményeket bibliográfiai adatokkal tüntesse fel, és – amennyiben van – adja meg az </w:t>
      </w:r>
      <w:proofErr w:type="spellStart"/>
      <w:r w:rsidRPr="00BC527C">
        <w:rPr>
          <w:rFonts w:ascii="Garamond" w:hAnsi="Garamond"/>
          <w:sz w:val="28"/>
          <w:szCs w:val="28"/>
          <w:lang w:val="hu-HU"/>
        </w:rPr>
        <w:t>impaktfaktort</w:t>
      </w:r>
      <w:proofErr w:type="spellEnd"/>
      <w:r w:rsidRPr="00BC527C">
        <w:rPr>
          <w:rFonts w:ascii="Garamond" w:hAnsi="Garamond"/>
          <w:sz w:val="28"/>
          <w:szCs w:val="28"/>
          <w:lang w:val="hu-HU"/>
        </w:rPr>
        <w:t xml:space="preserve"> és a Q-besorolást.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1D0E6D" w:rsidRPr="00BC527C" w14:paraId="5CE5C326" w14:textId="77777777" w:rsidTr="00BC527C">
        <w:trPr>
          <w:jc w:val="center"/>
        </w:trPr>
        <w:tc>
          <w:tcPr>
            <w:tcW w:w="2493" w:type="dxa"/>
            <w:shd w:val="clear" w:color="auto" w:fill="C6D9F1" w:themeFill="text2" w:themeFillTint="33"/>
          </w:tcPr>
          <w:p w14:paraId="761CCDA9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Közlemény bibliográfiai adatai</w:t>
            </w:r>
          </w:p>
        </w:tc>
        <w:tc>
          <w:tcPr>
            <w:tcW w:w="2493" w:type="dxa"/>
            <w:shd w:val="clear" w:color="auto" w:fill="C6D9F1" w:themeFill="text2" w:themeFillTint="33"/>
          </w:tcPr>
          <w:p w14:paraId="4A0AC926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Folyóirat</w:t>
            </w:r>
          </w:p>
        </w:tc>
        <w:tc>
          <w:tcPr>
            <w:tcW w:w="2493" w:type="dxa"/>
            <w:shd w:val="clear" w:color="auto" w:fill="C6D9F1" w:themeFill="text2" w:themeFillTint="33"/>
          </w:tcPr>
          <w:p w14:paraId="1AD3A148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proofErr w:type="spellStart"/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Impaktfaktor</w:t>
            </w:r>
            <w:proofErr w:type="spellEnd"/>
          </w:p>
        </w:tc>
        <w:tc>
          <w:tcPr>
            <w:tcW w:w="2493" w:type="dxa"/>
            <w:shd w:val="clear" w:color="auto" w:fill="C6D9F1" w:themeFill="text2" w:themeFillTint="33"/>
          </w:tcPr>
          <w:p w14:paraId="43DEFEE7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b/>
                <w:sz w:val="28"/>
                <w:szCs w:val="28"/>
                <w:lang w:val="hu-HU"/>
              </w:rPr>
              <w:t>Q-besorolás</w:t>
            </w:r>
          </w:p>
        </w:tc>
      </w:tr>
      <w:tr w:rsidR="001D0E6D" w:rsidRPr="00BC527C" w14:paraId="1C4C54C3" w14:textId="77777777">
        <w:trPr>
          <w:trHeight w:val="482"/>
          <w:jc w:val="center"/>
        </w:trPr>
        <w:tc>
          <w:tcPr>
            <w:tcW w:w="2493" w:type="dxa"/>
            <w:vAlign w:val="center"/>
          </w:tcPr>
          <w:p w14:paraId="757C83D6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44DA8C52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0F460F11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0DBCBA86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</w:tr>
      <w:tr w:rsidR="001D0E6D" w:rsidRPr="00BC527C" w14:paraId="34ADFAC6" w14:textId="77777777">
        <w:trPr>
          <w:trHeight w:val="482"/>
          <w:jc w:val="center"/>
        </w:trPr>
        <w:tc>
          <w:tcPr>
            <w:tcW w:w="2493" w:type="dxa"/>
            <w:vAlign w:val="center"/>
          </w:tcPr>
          <w:p w14:paraId="375C8B84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74611626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4B9BAFC8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2EB36ECA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</w:tr>
      <w:tr w:rsidR="001D0E6D" w:rsidRPr="00BC527C" w14:paraId="0AD734F4" w14:textId="77777777">
        <w:trPr>
          <w:trHeight w:val="482"/>
          <w:jc w:val="center"/>
        </w:trPr>
        <w:tc>
          <w:tcPr>
            <w:tcW w:w="2493" w:type="dxa"/>
            <w:vAlign w:val="center"/>
          </w:tcPr>
          <w:p w14:paraId="117A4B09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1B9D483A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7BE89622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24D497FB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</w:tr>
      <w:tr w:rsidR="001D0E6D" w:rsidRPr="00BC527C" w14:paraId="004F2EA0" w14:textId="77777777">
        <w:trPr>
          <w:trHeight w:val="482"/>
          <w:jc w:val="center"/>
        </w:trPr>
        <w:tc>
          <w:tcPr>
            <w:tcW w:w="2493" w:type="dxa"/>
            <w:vAlign w:val="center"/>
          </w:tcPr>
          <w:p w14:paraId="7D173407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7E33E401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27BEF71F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641B245F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</w:tr>
      <w:tr w:rsidR="001D0E6D" w:rsidRPr="00BC527C" w14:paraId="408372DF" w14:textId="77777777">
        <w:trPr>
          <w:trHeight w:val="482"/>
          <w:jc w:val="center"/>
        </w:trPr>
        <w:tc>
          <w:tcPr>
            <w:tcW w:w="2493" w:type="dxa"/>
            <w:vAlign w:val="center"/>
          </w:tcPr>
          <w:p w14:paraId="78BC68FE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6F14D34E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0CFB494E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  <w:tc>
          <w:tcPr>
            <w:tcW w:w="2493" w:type="dxa"/>
            <w:vAlign w:val="center"/>
          </w:tcPr>
          <w:p w14:paraId="1F37F374" w14:textId="77777777" w:rsidR="001D0E6D" w:rsidRPr="00BC527C" w:rsidRDefault="00000000">
            <w:pPr>
              <w:rPr>
                <w:rFonts w:ascii="Garamond" w:hAnsi="Garamond"/>
                <w:sz w:val="28"/>
                <w:szCs w:val="28"/>
                <w:lang w:val="hu-HU"/>
              </w:rPr>
            </w:pPr>
            <w:r w:rsidRPr="00BC527C">
              <w:rPr>
                <w:rFonts w:ascii="Garamond" w:hAnsi="Garamond"/>
                <w:sz w:val="28"/>
                <w:szCs w:val="28"/>
                <w:lang w:val="hu-HU"/>
              </w:rPr>
              <w:br/>
            </w:r>
          </w:p>
        </w:tc>
      </w:tr>
    </w:tbl>
    <w:p w14:paraId="0DDAA4AA" w14:textId="77777777" w:rsidR="001D0E6D" w:rsidRPr="00BC527C" w:rsidRDefault="00000000">
      <w:pPr>
        <w:spacing w:before="160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Kijelentem, hogy a jelentkezési lapon megadott adatok a valóságnak megfelelnek.</w:t>
      </w:r>
    </w:p>
    <w:p w14:paraId="17EBC475" w14:textId="77777777" w:rsidR="001D0E6D" w:rsidRPr="00BC527C" w:rsidRDefault="00000000">
      <w:pPr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Kelt: ....................................................................................</w:t>
      </w:r>
    </w:p>
    <w:p w14:paraId="1A478EAB" w14:textId="77777777" w:rsidR="00BC527C" w:rsidRDefault="00BC527C">
      <w:pPr>
        <w:jc w:val="right"/>
        <w:rPr>
          <w:rFonts w:ascii="Garamond" w:hAnsi="Garamond"/>
          <w:sz w:val="28"/>
          <w:szCs w:val="28"/>
          <w:lang w:val="hu-HU"/>
        </w:rPr>
      </w:pPr>
    </w:p>
    <w:p w14:paraId="4ADC86E8" w14:textId="6BE3B945" w:rsidR="001D0E6D" w:rsidRPr="00BC527C" w:rsidRDefault="00000000">
      <w:pPr>
        <w:jc w:val="right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a jelentkező aláírása: ........................................................</w:t>
      </w:r>
    </w:p>
    <w:p w14:paraId="13DBBC6D" w14:textId="77777777" w:rsidR="00BC527C" w:rsidRDefault="00BC527C">
      <w:pPr>
        <w:spacing w:before="160"/>
        <w:rPr>
          <w:rFonts w:ascii="Garamond" w:hAnsi="Garamond"/>
          <w:b/>
          <w:sz w:val="28"/>
          <w:szCs w:val="28"/>
          <w:lang w:val="hu-HU"/>
        </w:rPr>
      </w:pPr>
    </w:p>
    <w:p w14:paraId="58B4D20A" w14:textId="77777777" w:rsidR="00BC527C" w:rsidRDefault="00BC527C">
      <w:pPr>
        <w:spacing w:before="160"/>
        <w:rPr>
          <w:rFonts w:ascii="Garamond" w:hAnsi="Garamond"/>
          <w:b/>
          <w:sz w:val="28"/>
          <w:szCs w:val="28"/>
          <w:lang w:val="hu-HU"/>
        </w:rPr>
      </w:pPr>
    </w:p>
    <w:p w14:paraId="09305A49" w14:textId="6FD85153" w:rsidR="001D0E6D" w:rsidRPr="00BC527C" w:rsidRDefault="00000000">
      <w:pPr>
        <w:spacing w:before="160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b/>
          <w:sz w:val="28"/>
          <w:szCs w:val="28"/>
          <w:lang w:val="hu-HU"/>
        </w:rPr>
        <w:t>A témavezető nyilatkozata</w:t>
      </w:r>
    </w:p>
    <w:p w14:paraId="1F045A7E" w14:textId="77777777" w:rsidR="001D0E6D" w:rsidRPr="00BC527C" w:rsidRDefault="00000000">
      <w:pPr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A jelentkező egyéni felkészülés keretében történő fokozatszerzését támogatom, témavezetését vállalom.</w:t>
      </w:r>
    </w:p>
    <w:p w14:paraId="0510618E" w14:textId="77777777" w:rsidR="001D0E6D" w:rsidRPr="00BC527C" w:rsidRDefault="00000000">
      <w:pPr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Kelt: ....................................................................................</w:t>
      </w:r>
    </w:p>
    <w:p w14:paraId="607B2687" w14:textId="77777777" w:rsidR="001D0E6D" w:rsidRPr="00BC527C" w:rsidRDefault="00000000">
      <w:pPr>
        <w:jc w:val="right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a témavezető neve: ........................................................</w:t>
      </w:r>
    </w:p>
    <w:p w14:paraId="6F81EDBE" w14:textId="77777777" w:rsidR="001D0E6D" w:rsidRPr="00BC527C" w:rsidRDefault="00000000">
      <w:pPr>
        <w:jc w:val="right"/>
        <w:rPr>
          <w:rFonts w:ascii="Garamond" w:hAnsi="Garamond"/>
          <w:sz w:val="28"/>
          <w:szCs w:val="28"/>
          <w:lang w:val="hu-HU"/>
        </w:rPr>
      </w:pPr>
      <w:r w:rsidRPr="00BC527C">
        <w:rPr>
          <w:rFonts w:ascii="Garamond" w:hAnsi="Garamond"/>
          <w:sz w:val="28"/>
          <w:szCs w:val="28"/>
          <w:lang w:val="hu-HU"/>
        </w:rPr>
        <w:t>a témavezető aláírása: ....................................................</w:t>
      </w:r>
    </w:p>
    <w:sectPr w:rsidR="001D0E6D" w:rsidRPr="00BC527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314747">
    <w:abstractNumId w:val="8"/>
  </w:num>
  <w:num w:numId="2" w16cid:durableId="1183662298">
    <w:abstractNumId w:val="6"/>
  </w:num>
  <w:num w:numId="3" w16cid:durableId="857044306">
    <w:abstractNumId w:val="5"/>
  </w:num>
  <w:num w:numId="4" w16cid:durableId="211812508">
    <w:abstractNumId w:val="4"/>
  </w:num>
  <w:num w:numId="5" w16cid:durableId="1159690197">
    <w:abstractNumId w:val="7"/>
  </w:num>
  <w:num w:numId="6" w16cid:durableId="456607524">
    <w:abstractNumId w:val="3"/>
  </w:num>
  <w:num w:numId="7" w16cid:durableId="1884517580">
    <w:abstractNumId w:val="2"/>
  </w:num>
  <w:num w:numId="8" w16cid:durableId="479806493">
    <w:abstractNumId w:val="1"/>
  </w:num>
  <w:num w:numId="9" w16cid:durableId="126946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E6D"/>
    <w:rsid w:val="0029639D"/>
    <w:rsid w:val="00326F90"/>
    <w:rsid w:val="00AA1D8D"/>
    <w:rsid w:val="00B47730"/>
    <w:rsid w:val="00BC527C"/>
    <w:rsid w:val="00CB0664"/>
    <w:rsid w:val="00FC693F"/>
    <w:rsid w:val="00F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531BC"/>
  <w14:defaultImageDpi w14:val="300"/>
  <w15:docId w15:val="{1935DBDB-1AC7-4F85-9EDE-A7F0E03C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Arial" w:hAnsi="Arial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Arial" w:hAnsi="Arial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Arial" w:hAnsi="Arial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Arial" w:hAnsi="Arial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Arial" w:hAnsi="Arial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Arial" w:hAnsi="Arial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Arial" w:hAnsi="Arial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Arial" w:hAnsi="Arial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29. sz. melléklet – Egyéni felkészülő jelentkezési lap</vt:lpstr>
      <vt:lpstr/>
    </vt:vector>
  </TitlesOfParts>
  <Manager/>
  <Company/>
  <LinksUpToDate>false</LinksUpToDate>
  <CharactersWithSpaces>1535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29. sz. melléklet – Egyéni felkészülő jelentkezési lap</dc:title>
  <dc:subject/>
  <dc:creator>Rab Tímea</dc:creator>
  <cp:keywords/>
  <dc:description/>
  <cp:lastModifiedBy>Rab Tímea</cp:lastModifiedBy>
  <cp:revision>2</cp:revision>
  <dcterms:created xsi:type="dcterms:W3CDTF">2026-08-23T16:39:00Z</dcterms:created>
  <dcterms:modified xsi:type="dcterms:W3CDTF">2026-08-23T16:39:00Z</dcterms:modified>
  <cp:category/>
</cp:coreProperties>
</file>